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F3C5" w14:textId="77777777" w:rsidR="00004660" w:rsidRDefault="00A118CE">
      <w:pPr>
        <w:spacing w:after="40"/>
        <w:jc w:val="center"/>
        <w:rPr>
          <w:lang w:eastAsia="ja-JP"/>
        </w:rPr>
      </w:pPr>
      <w:r>
        <w:rPr>
          <w:b/>
          <w:color w:val="365C36"/>
          <w:sz w:val="34"/>
          <w:lang w:eastAsia="ja-JP"/>
        </w:rPr>
        <w:t>YABU フード EXPO 2026</w:t>
      </w:r>
    </w:p>
    <w:p w14:paraId="5824B82A" w14:textId="633581DE" w:rsidR="00004660" w:rsidRDefault="00A118CE">
      <w:pPr>
        <w:spacing w:after="80"/>
        <w:jc w:val="center"/>
        <w:rPr>
          <w:lang w:eastAsia="ja-JP"/>
        </w:rPr>
      </w:pPr>
      <w:r>
        <w:rPr>
          <w:b/>
          <w:sz w:val="36"/>
          <w:lang w:eastAsia="ja-JP"/>
        </w:rPr>
        <w:t>高校生 朝倉</w:t>
      </w:r>
      <w:r w:rsidR="007461F8">
        <w:rPr>
          <w:rFonts w:ascii="ＭＳ 明朝" w:eastAsia="ＭＳ 明朝" w:hAnsi="ＭＳ 明朝" w:cs="ＭＳ 明朝" w:hint="eastAsia"/>
          <w:b/>
          <w:sz w:val="36"/>
          <w:lang w:eastAsia="ja-JP"/>
        </w:rPr>
        <w:t>山椒</w:t>
      </w:r>
      <w:r w:rsidR="00781A46">
        <w:rPr>
          <w:rFonts w:ascii="ＭＳ 明朝" w:eastAsia="ＭＳ 明朝" w:hAnsi="ＭＳ 明朝" w:cs="ＭＳ 明朝" w:hint="eastAsia"/>
          <w:b/>
          <w:sz w:val="36"/>
          <w:lang w:eastAsia="ja-JP"/>
        </w:rPr>
        <w:t>料理</w:t>
      </w:r>
      <w:r w:rsidR="007461F8">
        <w:rPr>
          <w:rFonts w:ascii="ＭＳ 明朝" w:eastAsia="ＭＳ 明朝" w:hAnsi="ＭＳ 明朝" w:cs="ＭＳ 明朝" w:hint="eastAsia"/>
          <w:b/>
          <w:sz w:val="36"/>
          <w:lang w:eastAsia="ja-JP"/>
        </w:rPr>
        <w:t>甲子園</w:t>
      </w:r>
    </w:p>
    <w:p w14:paraId="13B9F6CE" w14:textId="762313F2" w:rsidR="00004660" w:rsidRPr="00055C10" w:rsidRDefault="00A118CE">
      <w:pPr>
        <w:spacing w:after="160"/>
        <w:jc w:val="center"/>
        <w:rPr>
          <w:rFonts w:eastAsiaTheme="minorEastAsia" w:hint="eastAsia"/>
          <w:lang w:eastAsia="ja-JP"/>
        </w:rPr>
      </w:pPr>
      <w:r>
        <w:rPr>
          <w:b/>
          <w:color w:val="597A49"/>
          <w:sz w:val="31"/>
          <w:lang w:eastAsia="ja-JP"/>
        </w:rPr>
        <w:t>応募用紙</w:t>
      </w:r>
      <w:r w:rsidR="00055C10">
        <w:rPr>
          <w:rFonts w:ascii="ＭＳ 明朝" w:eastAsia="ＭＳ 明朝" w:hAnsi="ＭＳ 明朝" w:cs="ＭＳ 明朝" w:hint="eastAsia"/>
          <w:b/>
          <w:color w:val="597A49"/>
          <w:sz w:val="31"/>
          <w:lang w:eastAsia="ja-JP"/>
        </w:rPr>
        <w:t>【B】レシピ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5"/>
      </w:tblGrid>
      <w:tr w:rsidR="00004660" w14:paraId="4643FBB0" w14:textId="77777777" w:rsidTr="00055C10">
        <w:trPr>
          <w:jc w:val="center"/>
        </w:trPr>
        <w:tc>
          <w:tcPr>
            <w:tcW w:w="10065" w:type="dxa"/>
            <w:shd w:val="clear" w:color="auto" w:fill="597A4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3E049E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FFFFFF"/>
              </w:rPr>
              <w:t>応募者の皆さまへ</w:t>
            </w:r>
            <w:proofErr w:type="spellEnd"/>
          </w:p>
        </w:tc>
      </w:tr>
      <w:tr w:rsidR="00004660" w14:paraId="6ADA541C" w14:textId="77777777" w:rsidTr="00055C10">
        <w:trPr>
          <w:jc w:val="center"/>
        </w:trPr>
        <w:tc>
          <w:tcPr>
            <w:tcW w:w="10065" w:type="dxa"/>
            <w:shd w:val="clear" w:color="auto" w:fill="EDF2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D0D7C" w14:textId="3AC127AC" w:rsidR="006E3E54" w:rsidRDefault="00A118CE">
            <w:pPr>
              <w:spacing w:after="0" w:line="240" w:lineRule="auto"/>
              <w:rPr>
                <w:rFonts w:eastAsiaTheme="minorEastAsia" w:hint="eastAsia"/>
                <w:color w:val="000000"/>
                <w:sz w:val="19"/>
                <w:lang w:eastAsia="ja-JP"/>
              </w:rPr>
            </w:pPr>
            <w:r>
              <w:rPr>
                <w:color w:val="000000"/>
                <w:sz w:val="19"/>
                <w:lang w:eastAsia="ja-JP"/>
              </w:rPr>
              <w:t>太枠・記入欄に必要事項をご記入ください。チームは1～5名です。</w:t>
            </w:r>
          </w:p>
          <w:p w14:paraId="391B640F" w14:textId="2E0336E0" w:rsidR="00004660" w:rsidRDefault="00A118CE">
            <w:pPr>
              <w:spacing w:after="0" w:line="240" w:lineRule="auto"/>
              <w:rPr>
                <w:lang w:eastAsia="ja-JP"/>
              </w:rPr>
            </w:pPr>
            <w:r>
              <w:rPr>
                <w:color w:val="000000"/>
                <w:sz w:val="19"/>
                <w:lang w:eastAsia="ja-JP"/>
              </w:rPr>
              <w:t>決勝進出は最大4チームです。</w:t>
            </w:r>
          </w:p>
        </w:tc>
      </w:tr>
    </w:tbl>
    <w:p w14:paraId="54D9AD02" w14:textId="77777777" w:rsidR="00004660" w:rsidRDefault="00004660">
      <w:pPr>
        <w:spacing w:after="0"/>
        <w:rPr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8957"/>
      </w:tblGrid>
      <w:tr w:rsidR="00004660" w14:paraId="265275EA" w14:textId="77777777">
        <w:trPr>
          <w:jc w:val="center"/>
        </w:trPr>
        <w:tc>
          <w:tcPr>
            <w:tcW w:w="1134" w:type="dxa"/>
            <w:shd w:val="clear" w:color="auto" w:fill="365C36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DCF02DD" w14:textId="77777777" w:rsidR="00004660" w:rsidRDefault="00A118C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t>1</w:t>
            </w:r>
          </w:p>
        </w:tc>
        <w:tc>
          <w:tcPr>
            <w:tcW w:w="8957" w:type="dxa"/>
            <w:shd w:val="clear" w:color="auto" w:fill="597A49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9ADA9A8" w14:textId="4BEEA22E" w:rsidR="00004660" w:rsidRPr="00055C10" w:rsidRDefault="00A118CE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  <w:r>
              <w:rPr>
                <w:b/>
                <w:color w:val="FFFFFF"/>
                <w:sz w:val="26"/>
                <w:lang w:eastAsia="ja-JP"/>
              </w:rPr>
              <w:t>チーム</w:t>
            </w:r>
            <w:r w:rsidR="00055C10">
              <w:rPr>
                <w:rFonts w:ascii="ＭＳ 明朝" w:eastAsia="ＭＳ 明朝" w:hAnsi="ＭＳ 明朝" w:cs="ＭＳ 明朝" w:hint="eastAsia"/>
                <w:b/>
                <w:color w:val="FFFFFF"/>
                <w:sz w:val="26"/>
                <w:lang w:eastAsia="ja-JP"/>
              </w:rPr>
              <w:t xml:space="preserve">名　：　　　　　　　　　　　　　　　　　　</w:t>
            </w:r>
          </w:p>
        </w:tc>
      </w:tr>
    </w:tbl>
    <w:p w14:paraId="16A2FFF8" w14:textId="39A51ED5" w:rsidR="00004660" w:rsidRDefault="00004660">
      <w:pPr>
        <w:spacing w:after="160"/>
        <w:jc w:val="center"/>
        <w:rPr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8957"/>
      </w:tblGrid>
      <w:tr w:rsidR="00004660" w14:paraId="48CEE7B4" w14:textId="77777777">
        <w:trPr>
          <w:jc w:val="center"/>
        </w:trPr>
        <w:tc>
          <w:tcPr>
            <w:tcW w:w="1134" w:type="dxa"/>
            <w:shd w:val="clear" w:color="auto" w:fill="365C36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6429242" w14:textId="77777777" w:rsidR="00004660" w:rsidRDefault="00A118C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t>2</w:t>
            </w:r>
          </w:p>
        </w:tc>
        <w:tc>
          <w:tcPr>
            <w:tcW w:w="8957" w:type="dxa"/>
            <w:shd w:val="clear" w:color="auto" w:fill="597A49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2F19431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FFFFFF"/>
                <w:sz w:val="26"/>
              </w:rPr>
              <w:t>レシピ情報</w:t>
            </w:r>
            <w:proofErr w:type="spellEnd"/>
          </w:p>
        </w:tc>
      </w:tr>
    </w:tbl>
    <w:p w14:paraId="449BBE4E" w14:textId="77777777" w:rsidR="00004660" w:rsidRDefault="00004660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7767"/>
      </w:tblGrid>
      <w:tr w:rsidR="00004660" w14:paraId="6BC35AF4" w14:textId="77777777" w:rsidTr="006E3E54">
        <w:trPr>
          <w:jc w:val="center"/>
        </w:trPr>
        <w:tc>
          <w:tcPr>
            <w:tcW w:w="2324" w:type="dxa"/>
            <w:shd w:val="clear" w:color="auto" w:fill="EDF2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08EFA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000000"/>
                <w:sz w:val="18"/>
              </w:rPr>
              <w:t>料理名</w:t>
            </w:r>
            <w:proofErr w:type="spellEnd"/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D9E217" w14:textId="77777777" w:rsidR="00004660" w:rsidRDefault="00004660">
            <w:pPr>
              <w:spacing w:after="0" w:line="240" w:lineRule="auto"/>
            </w:pPr>
          </w:p>
        </w:tc>
      </w:tr>
      <w:tr w:rsidR="00004660" w14:paraId="3D544C2A" w14:textId="77777777" w:rsidTr="006E3E54">
        <w:trPr>
          <w:jc w:val="center"/>
        </w:trPr>
        <w:tc>
          <w:tcPr>
            <w:tcW w:w="2324" w:type="dxa"/>
            <w:shd w:val="clear" w:color="auto" w:fill="EDF2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5313C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000000"/>
                <w:sz w:val="18"/>
              </w:rPr>
              <w:t>料理ジャンル</w:t>
            </w:r>
            <w:proofErr w:type="spellEnd"/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BEA888" w14:textId="77777777" w:rsidR="00004660" w:rsidRDefault="00A118CE">
            <w:pPr>
              <w:spacing w:after="0" w:line="240" w:lineRule="auto"/>
              <w:rPr>
                <w:lang w:eastAsia="ja-JP"/>
              </w:rPr>
            </w:pPr>
            <w:r>
              <w:rPr>
                <w:color w:val="000000"/>
                <w:sz w:val="18"/>
                <w:lang w:eastAsia="ja-JP"/>
              </w:rPr>
              <w:t>□ 主食　□ 主菜　□ 副菜　□ 軽食　□ スイーツ　□ その他（　　　　　　）</w:t>
            </w:r>
          </w:p>
        </w:tc>
      </w:tr>
      <w:tr w:rsidR="00004660" w14:paraId="46C20BF6" w14:textId="77777777" w:rsidTr="006E3E54">
        <w:trPr>
          <w:jc w:val="center"/>
        </w:trPr>
        <w:tc>
          <w:tcPr>
            <w:tcW w:w="2324" w:type="dxa"/>
            <w:shd w:val="clear" w:color="auto" w:fill="EDF2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AAA2B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000000"/>
                <w:sz w:val="18"/>
              </w:rPr>
              <w:t>何人分のレシピか</w:t>
            </w:r>
            <w:proofErr w:type="spellEnd"/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F1554" w14:textId="77777777" w:rsidR="00004660" w:rsidRDefault="00A118CE">
            <w:pPr>
              <w:spacing w:after="0" w:line="240" w:lineRule="auto"/>
            </w:pPr>
            <w:r>
              <w:rPr>
                <w:color w:val="000000"/>
                <w:sz w:val="18"/>
              </w:rPr>
              <w:t xml:space="preserve">　　　　　</w:t>
            </w:r>
            <w:proofErr w:type="spellStart"/>
            <w:r>
              <w:rPr>
                <w:color w:val="000000"/>
                <w:sz w:val="18"/>
              </w:rPr>
              <w:t>人分</w:t>
            </w:r>
            <w:proofErr w:type="spellEnd"/>
          </w:p>
        </w:tc>
      </w:tr>
      <w:tr w:rsidR="00004660" w14:paraId="7A111BC6" w14:textId="77777777" w:rsidTr="006E3E54">
        <w:trPr>
          <w:jc w:val="center"/>
        </w:trPr>
        <w:tc>
          <w:tcPr>
            <w:tcW w:w="2324" w:type="dxa"/>
            <w:shd w:val="clear" w:color="auto" w:fill="EDF2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51AB0B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000000"/>
                <w:sz w:val="18"/>
              </w:rPr>
              <w:t>概算原価</w:t>
            </w:r>
            <w:proofErr w:type="spellEnd"/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1B9432" w14:textId="751B24DA" w:rsidR="00004660" w:rsidRDefault="00A118CE">
            <w:pPr>
              <w:spacing w:after="0" w:line="240" w:lineRule="auto"/>
              <w:rPr>
                <w:lang w:eastAsia="ja-JP"/>
              </w:rPr>
            </w:pPr>
            <w:r>
              <w:rPr>
                <w:color w:val="000000"/>
                <w:sz w:val="18"/>
                <w:lang w:eastAsia="ja-JP"/>
              </w:rPr>
              <w:t>約　　　　　　　　　円</w:t>
            </w:r>
            <w:r w:rsidR="009A17D2">
              <w:rPr>
                <w:rFonts w:ascii="ＭＳ 明朝" w:eastAsia="ＭＳ 明朝" w:hAnsi="ＭＳ 明朝" w:cs="ＭＳ 明朝" w:hint="eastAsia"/>
                <w:color w:val="000000"/>
                <w:sz w:val="18"/>
                <w:lang w:eastAsia="ja-JP"/>
              </w:rPr>
              <w:t>（1食あたり）</w:t>
            </w:r>
          </w:p>
        </w:tc>
      </w:tr>
      <w:tr w:rsidR="007F2BE4" w14:paraId="2D547EF5" w14:textId="77777777" w:rsidTr="006E3E54">
        <w:trPr>
          <w:jc w:val="center"/>
        </w:trPr>
        <w:tc>
          <w:tcPr>
            <w:tcW w:w="2324" w:type="dxa"/>
            <w:shd w:val="clear" w:color="auto" w:fill="EDF2E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6BEB1" w14:textId="77777777" w:rsidR="007F2BE4" w:rsidRDefault="007F2BE4" w:rsidP="007F2BE4">
            <w:pPr>
              <w:spacing w:after="0" w:line="240" w:lineRule="auto"/>
              <w:rPr>
                <w:rFonts w:eastAsiaTheme="minorEastAsia" w:hint="eastAsia"/>
                <w:b/>
                <w:color w:val="000000"/>
                <w:sz w:val="18"/>
                <w:lang w:eastAsia="ja-JP"/>
              </w:rPr>
            </w:pPr>
            <w:r>
              <w:rPr>
                <w:b/>
                <w:color w:val="000000"/>
                <w:sz w:val="18"/>
                <w:lang w:eastAsia="ja-JP"/>
              </w:rPr>
              <w:t>アレルギー情報</w:t>
            </w:r>
          </w:p>
          <w:p w14:paraId="7D63846B" w14:textId="2FB3EB4D" w:rsidR="007F2BE4" w:rsidRPr="007F2BE4" w:rsidRDefault="007F2BE4" w:rsidP="007F2BE4">
            <w:pPr>
              <w:spacing w:after="0" w:line="240" w:lineRule="auto"/>
              <w:rPr>
                <w:rFonts w:eastAsiaTheme="minorEastAsia" w:hint="eastAsia"/>
                <w:b/>
                <w:color w:val="000000"/>
                <w:sz w:val="18"/>
                <w:lang w:eastAsia="ja-JP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lang w:eastAsia="ja-JP"/>
              </w:rPr>
              <w:t>（特定原材料8品目）</w:t>
            </w:r>
          </w:p>
        </w:tc>
        <w:tc>
          <w:tcPr>
            <w:tcW w:w="776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D3A8D0" w14:textId="77777777" w:rsidR="007F2BE4" w:rsidRDefault="007F2BE4" w:rsidP="007F2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lang w:eastAsia="ja-JP"/>
              </w:rPr>
            </w:pPr>
            <w:r>
              <w:rPr>
                <w:rFonts w:ascii="Arial Unicode MS" w:eastAsia="Arial Unicode MS" w:hAnsi="Arial Unicode MS" w:cs="Arial Unicode MS"/>
                <w:lang w:eastAsia="ja-JP"/>
              </w:rPr>
              <w:t>使用しているアレルゲンにチェックをしてください：</w:t>
            </w:r>
          </w:p>
          <w:p w14:paraId="35FFFC52" w14:textId="77777777" w:rsidR="007F2BE4" w:rsidRDefault="007F2BE4" w:rsidP="007F2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lang w:eastAsia="ja-JP"/>
              </w:rPr>
            </w:pPr>
            <w:r>
              <w:rPr>
                <w:rFonts w:ascii="Arial Unicode MS" w:eastAsia="Arial Unicode MS" w:hAnsi="Arial Unicode MS" w:cs="Arial Unicode MS"/>
                <w:lang w:eastAsia="ja-JP"/>
              </w:rPr>
              <w:t>□ えび　□ かに　□ くるみ　□ 小麦　□ そば　□ 卵　□ 乳　□ 落花生（ピーナッツ）</w:t>
            </w:r>
          </w:p>
          <w:p w14:paraId="6DDC090F" w14:textId="387F9794" w:rsidR="007F2BE4" w:rsidRDefault="007F2BE4" w:rsidP="007F2BE4">
            <w:pPr>
              <w:spacing w:after="0" w:line="240" w:lineRule="auto"/>
              <w:rPr>
                <w:lang w:eastAsia="ja-JP"/>
              </w:rPr>
            </w:pPr>
            <w:r>
              <w:rPr>
                <w:rFonts w:ascii="Arial Unicode MS" w:eastAsia="Arial Unicode MS" w:hAnsi="Arial Unicode MS" w:cs="Arial Unicode MS"/>
                <w:lang w:eastAsia="ja-JP"/>
              </w:rPr>
              <w:t>その他アレルギーに関する注意点：（　　　　　　　　　　　　　　）</w:t>
            </w:r>
          </w:p>
        </w:tc>
      </w:tr>
    </w:tbl>
    <w:p w14:paraId="1D97563F" w14:textId="77777777" w:rsidR="00004660" w:rsidRDefault="00A118CE">
      <w:pPr>
        <w:spacing w:before="60" w:after="60"/>
        <w:rPr>
          <w:lang w:eastAsia="ja-JP"/>
        </w:rPr>
      </w:pPr>
      <w:r>
        <w:rPr>
          <w:b/>
          <w:color w:val="365C36"/>
          <w:sz w:val="23"/>
          <w:lang w:eastAsia="ja-JP"/>
        </w:rPr>
        <w:t>■ 料理のコンセプト・この料理で伝えたいこと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004660" w14:paraId="5DB9E557" w14:textId="77777777" w:rsidTr="00055C10">
        <w:trPr>
          <w:trHeight w:val="1031"/>
        </w:trPr>
        <w:tc>
          <w:tcPr>
            <w:tcW w:w="10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B505A7" w14:textId="77777777" w:rsidR="00004660" w:rsidRDefault="0000466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6B7F98C0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2A6200AC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518927B7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465759CB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554269CF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4FCCC242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51D46F2D" w14:textId="77777777" w:rsidR="00055C10" w:rsidRP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</w:tc>
      </w:tr>
    </w:tbl>
    <w:p w14:paraId="3FA02C32" w14:textId="46629109" w:rsidR="00004660" w:rsidRDefault="00A118CE">
      <w:pPr>
        <w:spacing w:before="60" w:after="60"/>
        <w:rPr>
          <w:lang w:eastAsia="ja-JP"/>
        </w:rPr>
      </w:pPr>
      <w:r>
        <w:rPr>
          <w:b/>
          <w:color w:val="365C36"/>
          <w:sz w:val="23"/>
          <w:lang w:eastAsia="ja-JP"/>
        </w:rPr>
        <w:t>■ 朝倉</w:t>
      </w:r>
      <w:r w:rsidR="007461F8">
        <w:rPr>
          <w:rFonts w:ascii="ＭＳ 明朝" w:eastAsia="ＭＳ 明朝" w:hAnsi="ＭＳ 明朝" w:cs="ＭＳ 明朝" w:hint="eastAsia"/>
          <w:b/>
          <w:color w:val="365C36"/>
          <w:sz w:val="23"/>
          <w:lang w:eastAsia="ja-JP"/>
        </w:rPr>
        <w:t>山椒</w:t>
      </w:r>
      <w:r>
        <w:rPr>
          <w:b/>
          <w:color w:val="365C36"/>
          <w:sz w:val="23"/>
          <w:lang w:eastAsia="ja-JP"/>
        </w:rPr>
        <w:t>の活かし方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004660" w14:paraId="01DBE3BA" w14:textId="77777777" w:rsidTr="00055C10">
        <w:trPr>
          <w:trHeight w:val="1082"/>
        </w:trPr>
        <w:tc>
          <w:tcPr>
            <w:tcW w:w="100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8E69D" w14:textId="77777777" w:rsidR="00004660" w:rsidRDefault="0000466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5CEA2E1C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23B7E94C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308B5F52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18EF7631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0E8E2841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01CC25E4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7ECC6216" w14:textId="77777777" w:rsidR="00055C10" w:rsidRP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</w:tc>
      </w:tr>
    </w:tbl>
    <w:p w14:paraId="54F4C583" w14:textId="77777777" w:rsidR="00055C10" w:rsidRDefault="00055C10">
      <w:pPr>
        <w:spacing w:before="60" w:after="60"/>
        <w:rPr>
          <w:rFonts w:eastAsiaTheme="minorEastAsia" w:hint="eastAsia"/>
          <w:b/>
          <w:color w:val="365C36"/>
          <w:sz w:val="23"/>
          <w:lang w:eastAsia="ja-JP"/>
        </w:rPr>
      </w:pPr>
    </w:p>
    <w:p w14:paraId="302A02D6" w14:textId="77777777" w:rsidR="00055C10" w:rsidRDefault="00055C10">
      <w:pPr>
        <w:spacing w:before="60" w:after="60"/>
        <w:rPr>
          <w:rFonts w:eastAsiaTheme="minorEastAsia" w:hint="eastAsia"/>
          <w:b/>
          <w:color w:val="365C36"/>
          <w:sz w:val="23"/>
          <w:lang w:eastAsia="ja-JP"/>
        </w:rPr>
      </w:pPr>
    </w:p>
    <w:p w14:paraId="766D6693" w14:textId="77777777" w:rsidR="00055C10" w:rsidRDefault="00055C10">
      <w:pPr>
        <w:spacing w:before="60" w:after="60"/>
        <w:rPr>
          <w:rFonts w:eastAsiaTheme="minorEastAsia" w:hint="eastAsia"/>
          <w:b/>
          <w:color w:val="365C36"/>
          <w:sz w:val="23"/>
          <w:lang w:eastAsia="ja-JP"/>
        </w:rPr>
      </w:pPr>
    </w:p>
    <w:tbl>
      <w:tblPr>
        <w:tblpPr w:leftFromText="142" w:rightFromText="142" w:vertAnchor="page" w:horzAnchor="margin" w:tblpXSpec="center" w:tblpY="1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2891"/>
        <w:gridCol w:w="2891"/>
      </w:tblGrid>
      <w:tr w:rsidR="00055C10" w14:paraId="327148BE" w14:textId="77777777" w:rsidTr="00055C10">
        <w:tc>
          <w:tcPr>
            <w:tcW w:w="4309" w:type="dxa"/>
            <w:shd w:val="clear" w:color="auto" w:fill="597A4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E260C4" w14:textId="77777777" w:rsidR="00055C10" w:rsidRDefault="00055C10" w:rsidP="00055C10">
            <w:pPr>
              <w:spacing w:after="0" w:line="240" w:lineRule="auto"/>
            </w:pPr>
            <w:proofErr w:type="spellStart"/>
            <w:r>
              <w:rPr>
                <w:b/>
                <w:color w:val="FFFFFF"/>
                <w:sz w:val="18"/>
              </w:rPr>
              <w:lastRenderedPageBreak/>
              <w:t>材料名</w:t>
            </w:r>
            <w:proofErr w:type="spellEnd"/>
          </w:p>
        </w:tc>
        <w:tc>
          <w:tcPr>
            <w:tcW w:w="2891" w:type="dxa"/>
            <w:shd w:val="clear" w:color="auto" w:fill="597A4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A70FFB" w14:textId="77777777" w:rsidR="00055C10" w:rsidRDefault="00055C10" w:rsidP="00055C10">
            <w:pPr>
              <w:spacing w:after="0" w:line="240" w:lineRule="auto"/>
            </w:pPr>
            <w:proofErr w:type="spellStart"/>
            <w:r>
              <w:rPr>
                <w:b/>
                <w:color w:val="FFFFFF"/>
                <w:sz w:val="18"/>
              </w:rPr>
              <w:t>分量</w:t>
            </w:r>
            <w:proofErr w:type="spellEnd"/>
          </w:p>
        </w:tc>
        <w:tc>
          <w:tcPr>
            <w:tcW w:w="2891" w:type="dxa"/>
            <w:shd w:val="clear" w:color="auto" w:fill="597A4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CBC51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  <w:r>
              <w:rPr>
                <w:b/>
                <w:color w:val="FFFFFF"/>
                <w:sz w:val="18"/>
                <w:lang w:eastAsia="ja-JP"/>
              </w:rPr>
              <w:t>備考</w:t>
            </w:r>
            <w:r>
              <w:rPr>
                <w:rFonts w:ascii="ＭＳ 明朝" w:eastAsia="ＭＳ 明朝" w:hAnsi="ＭＳ 明朝" w:cs="ＭＳ 明朝" w:hint="eastAsia"/>
                <w:b/>
                <w:color w:val="FFFFFF"/>
                <w:sz w:val="18"/>
                <w:lang w:eastAsia="ja-JP"/>
              </w:rPr>
              <w:t>（仕入先・価格等）</w:t>
            </w:r>
          </w:p>
        </w:tc>
      </w:tr>
      <w:tr w:rsidR="00055C10" w14:paraId="5F6597A1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06848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AD6209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69882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4734EF9B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6E49D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D2ECF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97185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2102659D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D8E38D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E74B0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EF3CF6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552530F4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0ED02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14FAC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AA73B0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57CF94E8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3F0F6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FCB8E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C0FDA7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5F3C8ACB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906CAF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A65EB3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8BCCCD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7732091A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58209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7A6983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EA30D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25A922A9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94337D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8824CB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8462E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158F5C1B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A37FF7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710703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26E796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5B2543C9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D3FE4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8DDA0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B2E1F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65BE256F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188C5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8E441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960A9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  <w:tr w:rsidR="00055C10" w14:paraId="032BDC0C" w14:textId="77777777" w:rsidTr="00055C10">
        <w:trPr>
          <w:trHeight w:val="351"/>
        </w:trPr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806430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06EB6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289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41DE5" w14:textId="77777777" w:rsidR="00055C10" w:rsidRDefault="00055C10" w:rsidP="00055C10">
            <w:pPr>
              <w:spacing w:after="0" w:line="240" w:lineRule="auto"/>
              <w:rPr>
                <w:lang w:eastAsia="ja-JP"/>
              </w:rPr>
            </w:pPr>
          </w:p>
        </w:tc>
      </w:tr>
    </w:tbl>
    <w:p w14:paraId="6BBC0240" w14:textId="56BB9C70" w:rsidR="00004660" w:rsidRDefault="00A118CE">
      <w:pPr>
        <w:spacing w:before="60" w:after="60"/>
      </w:pPr>
      <w:r>
        <w:rPr>
          <w:b/>
          <w:color w:val="365C36"/>
          <w:sz w:val="23"/>
        </w:rPr>
        <w:t xml:space="preserve">■ </w:t>
      </w:r>
      <w:proofErr w:type="spellStart"/>
      <w:r>
        <w:rPr>
          <w:b/>
          <w:color w:val="365C36"/>
          <w:sz w:val="23"/>
        </w:rPr>
        <w:t>材料・分量</w:t>
      </w:r>
      <w:proofErr w:type="spellEnd"/>
    </w:p>
    <w:p w14:paraId="7108502D" w14:textId="5644AECD" w:rsidR="00055C10" w:rsidRPr="00055C10" w:rsidRDefault="00055C10" w:rsidP="00055C10">
      <w:pPr>
        <w:jc w:val="both"/>
        <w:rPr>
          <w:rFonts w:eastAsiaTheme="minorEastAsia" w:hint="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8957"/>
      </w:tblGrid>
      <w:tr w:rsidR="00004660" w14:paraId="0408ABD3" w14:textId="77777777">
        <w:trPr>
          <w:jc w:val="center"/>
        </w:trPr>
        <w:tc>
          <w:tcPr>
            <w:tcW w:w="1134" w:type="dxa"/>
            <w:shd w:val="clear" w:color="auto" w:fill="365C36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8A26978" w14:textId="77777777" w:rsidR="00004660" w:rsidRDefault="00A118C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t>3</w:t>
            </w:r>
          </w:p>
        </w:tc>
        <w:tc>
          <w:tcPr>
            <w:tcW w:w="8957" w:type="dxa"/>
            <w:shd w:val="clear" w:color="auto" w:fill="597A49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9B51C3B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FFFFFF"/>
                <w:sz w:val="26"/>
              </w:rPr>
              <w:t>作り方（手順</w:t>
            </w:r>
            <w:proofErr w:type="spellEnd"/>
            <w:r>
              <w:rPr>
                <w:b/>
                <w:color w:val="FFFFFF"/>
                <w:sz w:val="26"/>
              </w:rPr>
              <w:t>）</w:t>
            </w:r>
          </w:p>
        </w:tc>
      </w:tr>
    </w:tbl>
    <w:p w14:paraId="3D35B30A" w14:textId="26C7D4FD" w:rsidR="007F2BE4" w:rsidRPr="007F2BE4" w:rsidRDefault="007F2BE4" w:rsidP="007F2BE4">
      <w:pPr>
        <w:pStyle w:val="ae"/>
        <w:numPr>
          <w:ilvl w:val="0"/>
          <w:numId w:val="12"/>
        </w:numPr>
        <w:spacing w:after="0"/>
        <w:rPr>
          <w:rFonts w:eastAsiaTheme="minorEastAsia" w:hint="eastAsia"/>
          <w:lang w:eastAsia="ja-JP"/>
        </w:rPr>
      </w:pPr>
    </w:p>
    <w:p w14:paraId="4E4F7C7F" w14:textId="77777777" w:rsidR="007F2BE4" w:rsidRPr="007F2BE4" w:rsidRDefault="007F2BE4" w:rsidP="007F2BE4">
      <w:pPr>
        <w:pStyle w:val="ae"/>
        <w:numPr>
          <w:ilvl w:val="0"/>
          <w:numId w:val="12"/>
        </w:numPr>
        <w:spacing w:after="0"/>
        <w:rPr>
          <w:rFonts w:eastAsiaTheme="minorEastAsia" w:hint="eastAsia"/>
          <w:lang w:eastAsia="ja-JP"/>
        </w:rPr>
      </w:pPr>
    </w:p>
    <w:p w14:paraId="5FBFA5E3" w14:textId="77777777" w:rsidR="007F2BE4" w:rsidRPr="007F2BE4" w:rsidRDefault="007F2BE4" w:rsidP="007F2BE4">
      <w:pPr>
        <w:pStyle w:val="ae"/>
        <w:numPr>
          <w:ilvl w:val="0"/>
          <w:numId w:val="12"/>
        </w:numPr>
        <w:spacing w:after="0"/>
        <w:rPr>
          <w:rFonts w:eastAsiaTheme="minorEastAsia" w:hint="eastAsia"/>
          <w:lang w:eastAsia="ja-JP"/>
        </w:rPr>
      </w:pPr>
    </w:p>
    <w:p w14:paraId="265C2833" w14:textId="77777777" w:rsidR="007F2BE4" w:rsidRPr="007F2BE4" w:rsidRDefault="007F2BE4" w:rsidP="007F2BE4">
      <w:pPr>
        <w:pStyle w:val="ae"/>
        <w:numPr>
          <w:ilvl w:val="0"/>
          <w:numId w:val="12"/>
        </w:numPr>
        <w:spacing w:after="0"/>
        <w:rPr>
          <w:rFonts w:eastAsiaTheme="minorEastAsia" w:hint="eastAsia"/>
          <w:lang w:eastAsia="ja-JP"/>
        </w:rPr>
      </w:pPr>
    </w:p>
    <w:p w14:paraId="2988F411" w14:textId="77777777" w:rsidR="007F2BE4" w:rsidRPr="007F2BE4" w:rsidRDefault="007F2BE4" w:rsidP="007F2BE4">
      <w:pPr>
        <w:pStyle w:val="ae"/>
        <w:numPr>
          <w:ilvl w:val="0"/>
          <w:numId w:val="12"/>
        </w:numPr>
        <w:spacing w:after="0"/>
        <w:rPr>
          <w:rFonts w:eastAsiaTheme="minorEastAsia" w:hint="eastAsia"/>
          <w:lang w:eastAsia="ja-JP"/>
        </w:rPr>
      </w:pPr>
    </w:p>
    <w:p w14:paraId="390B8A97" w14:textId="2F815925" w:rsidR="007F2BE4" w:rsidRDefault="007F2BE4">
      <w:pPr>
        <w:spacing w:after="0"/>
        <w:rPr>
          <w:rFonts w:eastAsiaTheme="minorEastAsia" w:hint="eastAsia"/>
          <w:lang w:eastAsia="ja-JP"/>
        </w:rPr>
      </w:pPr>
      <w:r>
        <w:rPr>
          <w:rFonts w:eastAsiaTheme="minorEastAsia" w:hint="eastAsia"/>
          <w:lang w:eastAsia="ja-JP"/>
        </w:rPr>
        <w:t>・</w:t>
      </w:r>
    </w:p>
    <w:p w14:paraId="57FF760F" w14:textId="7E60F377" w:rsidR="00055C10" w:rsidRDefault="007F2BE4">
      <w:pPr>
        <w:spacing w:after="0"/>
        <w:rPr>
          <w:rFonts w:eastAsiaTheme="minorEastAsia" w:hint="eastAsia"/>
          <w:lang w:eastAsia="ja-JP"/>
        </w:rPr>
      </w:pPr>
      <w:r>
        <w:rPr>
          <w:rFonts w:eastAsiaTheme="minorEastAsia" w:hint="eastAsia"/>
          <w:lang w:eastAsia="ja-JP"/>
        </w:rPr>
        <w:t>・</w:t>
      </w:r>
    </w:p>
    <w:p w14:paraId="43D6913C" w14:textId="072E0F06" w:rsidR="00004660" w:rsidRDefault="007F2BE4">
      <w:pPr>
        <w:spacing w:after="0"/>
        <w:rPr>
          <w:rFonts w:eastAsiaTheme="minorEastAsia" w:hint="eastAsia"/>
          <w:lang w:eastAsia="ja-JP"/>
        </w:rPr>
      </w:pPr>
      <w:r>
        <w:rPr>
          <w:rFonts w:eastAsiaTheme="minorEastAsia" w:hint="eastAsia"/>
          <w:lang w:eastAsia="ja-JP"/>
        </w:rPr>
        <w:t>・</w:t>
      </w:r>
    </w:p>
    <w:p w14:paraId="20B73FA1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6B787A2E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3F27DDF7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366DD7AB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6A3FFCDE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017D8500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60CDA7DB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3547C5A5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55E15BAF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7A65157A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7C018E65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1714946C" w14:textId="77777777" w:rsidR="00055C10" w:rsidRDefault="00055C10">
      <w:pPr>
        <w:spacing w:after="0"/>
        <w:rPr>
          <w:rFonts w:eastAsiaTheme="minorEastAsia" w:hint="eastAsia"/>
          <w:lang w:eastAsia="ja-JP"/>
        </w:rPr>
      </w:pPr>
    </w:p>
    <w:p w14:paraId="48F9B26E" w14:textId="77777777" w:rsidR="00055C10" w:rsidRDefault="00055C10">
      <w:pPr>
        <w:spacing w:after="0"/>
        <w:rPr>
          <w:rFonts w:eastAsiaTheme="minorEastAsia"/>
          <w:lang w:eastAsia="ja-JP"/>
        </w:rPr>
      </w:pPr>
    </w:p>
    <w:p w14:paraId="34DC0A7B" w14:textId="77777777" w:rsidR="006F6466" w:rsidRDefault="006F6466">
      <w:pPr>
        <w:spacing w:after="0"/>
        <w:rPr>
          <w:rFonts w:eastAsiaTheme="minor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8957"/>
      </w:tblGrid>
      <w:tr w:rsidR="006F6466" w14:paraId="307D15B4" w14:textId="77777777" w:rsidTr="003E5C5C">
        <w:trPr>
          <w:jc w:val="center"/>
        </w:trPr>
        <w:tc>
          <w:tcPr>
            <w:tcW w:w="1134" w:type="dxa"/>
            <w:shd w:val="clear" w:color="auto" w:fill="365C36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CAB8DCD" w14:textId="06CA7C50" w:rsidR="006F6466" w:rsidRPr="006F6466" w:rsidRDefault="006F6466" w:rsidP="003E5C5C">
            <w:pPr>
              <w:spacing w:after="0" w:line="240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FFFFFF"/>
                <w:sz w:val="26"/>
                <w:lang w:eastAsia="ja-JP"/>
              </w:rPr>
              <w:lastRenderedPageBreak/>
              <w:t>４</w:t>
            </w:r>
          </w:p>
        </w:tc>
        <w:tc>
          <w:tcPr>
            <w:tcW w:w="8957" w:type="dxa"/>
            <w:shd w:val="clear" w:color="auto" w:fill="597A49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C6BD952" w14:textId="6010E2C5" w:rsidR="006F6466" w:rsidRPr="006F6466" w:rsidRDefault="006F6466" w:rsidP="003E5C5C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b/>
                <w:color w:val="FFFFFF"/>
                <w:sz w:val="26"/>
                <w:lang w:eastAsia="ja-JP"/>
              </w:rPr>
              <w:t>当日プレゼンに向けたアイデア</w:t>
            </w:r>
          </w:p>
        </w:tc>
      </w:tr>
    </w:tbl>
    <w:p w14:paraId="03F22CC1" w14:textId="77777777" w:rsidR="006F6466" w:rsidRPr="007F2BE4" w:rsidRDefault="006F6466">
      <w:pPr>
        <w:spacing w:after="0"/>
        <w:rPr>
          <w:rFonts w:eastAsiaTheme="minorEastAsia" w:hint="eastAsia"/>
          <w:lang w:eastAsia="ja-JP"/>
        </w:rPr>
      </w:pPr>
    </w:p>
    <w:p w14:paraId="198E8EE7" w14:textId="77777777" w:rsidR="00004660" w:rsidRDefault="00A118CE">
      <w:pPr>
        <w:spacing w:before="60" w:after="60"/>
        <w:rPr>
          <w:lang w:eastAsia="ja-JP"/>
        </w:rPr>
      </w:pPr>
      <w:r>
        <w:rPr>
          <w:b/>
          <w:color w:val="365C36"/>
          <w:sz w:val="23"/>
          <w:lang w:eastAsia="ja-JP"/>
        </w:rPr>
        <w:t>■ 将来的に商品化するとしたら、どのような商品にしたいですか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642"/>
      </w:tblGrid>
      <w:tr w:rsidR="00004660" w14:paraId="46F2B2E0" w14:textId="77777777" w:rsidTr="006E3E54">
        <w:trPr>
          <w:trHeight w:val="844"/>
        </w:trPr>
        <w:tc>
          <w:tcPr>
            <w:tcW w:w="106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121776" w14:textId="77777777" w:rsidR="00004660" w:rsidRDefault="0000466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4E654208" w14:textId="77777777" w:rsid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79E38E31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1BD64FFA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13C20DFE" w14:textId="77777777" w:rsid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7B6A30B0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6E66D044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7E67F018" w14:textId="77777777" w:rsid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0D0D012C" w14:textId="77777777" w:rsidR="006E3E54" w:rsidRP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</w:tc>
      </w:tr>
    </w:tbl>
    <w:p w14:paraId="67C51690" w14:textId="77777777" w:rsidR="00004660" w:rsidRDefault="00A118CE">
      <w:pPr>
        <w:spacing w:before="60" w:after="60"/>
        <w:rPr>
          <w:lang w:eastAsia="ja-JP"/>
        </w:rPr>
      </w:pPr>
      <w:r>
        <w:rPr>
          <w:b/>
          <w:color w:val="365C36"/>
          <w:sz w:val="23"/>
          <w:lang w:eastAsia="ja-JP"/>
        </w:rPr>
        <w:t>■ 当日の盛り付け・プレゼンで見せたいポイント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642"/>
      </w:tblGrid>
      <w:tr w:rsidR="00004660" w14:paraId="78384216" w14:textId="77777777" w:rsidTr="006E3E54">
        <w:trPr>
          <w:trHeight w:val="653"/>
        </w:trPr>
        <w:tc>
          <w:tcPr>
            <w:tcW w:w="106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C9F78D" w14:textId="77777777" w:rsidR="00004660" w:rsidRDefault="0000466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30431FC3" w14:textId="77777777" w:rsid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7696F693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441B1C55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48B80827" w14:textId="77777777" w:rsid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2847D244" w14:textId="77777777" w:rsid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277313B8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13FA355A" w14:textId="77777777" w:rsidR="00055C10" w:rsidRDefault="00055C10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322DCCE3" w14:textId="77777777" w:rsid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  <w:p w14:paraId="0EFF6E54" w14:textId="77777777" w:rsidR="006E3E54" w:rsidRPr="006E3E54" w:rsidRDefault="006E3E54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</w:p>
        </w:tc>
      </w:tr>
    </w:tbl>
    <w:p w14:paraId="214C4154" w14:textId="77777777" w:rsidR="00004660" w:rsidRDefault="00A118CE">
      <w:pPr>
        <w:spacing w:before="60" w:after="60"/>
        <w:rPr>
          <w:lang w:eastAsia="ja-JP"/>
        </w:rPr>
      </w:pPr>
      <w:r>
        <w:rPr>
          <w:b/>
          <w:color w:val="365C36"/>
          <w:sz w:val="23"/>
          <w:lang w:eastAsia="ja-JP"/>
        </w:rPr>
        <w:t>■ 完成イメージ写真</w:t>
      </w:r>
    </w:p>
    <w:p w14:paraId="0572E665" w14:textId="60BD6079" w:rsidR="00004660" w:rsidRDefault="00A118CE">
      <w:pPr>
        <w:spacing w:after="40"/>
        <w:rPr>
          <w:rFonts w:ascii="ＭＳ 明朝" w:eastAsia="ＭＳ 明朝" w:hAnsi="ＭＳ 明朝" w:cs="ＭＳ 明朝"/>
          <w:sz w:val="19"/>
          <w:lang w:eastAsia="ja-JP"/>
        </w:rPr>
      </w:pPr>
      <w:r>
        <w:rPr>
          <w:sz w:val="19"/>
          <w:lang w:eastAsia="ja-JP"/>
        </w:rPr>
        <w:t xml:space="preserve">□ 写真を添付する　　□ </w:t>
      </w:r>
      <w:r w:rsidR="007F2BE4">
        <w:rPr>
          <w:rFonts w:ascii="ＭＳ 明朝" w:eastAsia="ＭＳ 明朝" w:hAnsi="ＭＳ 明朝" w:cs="ＭＳ 明朝" w:hint="eastAsia"/>
          <w:sz w:val="19"/>
          <w:lang w:eastAsia="ja-JP"/>
        </w:rPr>
        <w:t>イラストを添付する</w:t>
      </w:r>
    </w:p>
    <w:p w14:paraId="2344E0A5" w14:textId="77777777" w:rsidR="00055C10" w:rsidRDefault="00055C10">
      <w:pPr>
        <w:spacing w:after="40"/>
        <w:rPr>
          <w:rFonts w:ascii="ＭＳ 明朝" w:eastAsia="ＭＳ 明朝" w:hAnsi="ＭＳ 明朝" w:cs="ＭＳ 明朝"/>
          <w:sz w:val="19"/>
          <w:lang w:eastAsia="ja-JP"/>
        </w:rPr>
      </w:pPr>
    </w:p>
    <w:p w14:paraId="414D7433" w14:textId="77777777" w:rsidR="00055C10" w:rsidRDefault="00055C10">
      <w:pPr>
        <w:spacing w:after="40"/>
        <w:rPr>
          <w:rFonts w:ascii="ＭＳ 明朝" w:eastAsia="ＭＳ 明朝" w:hAnsi="ＭＳ 明朝" w:cs="ＭＳ 明朝"/>
          <w:sz w:val="19"/>
          <w:lang w:eastAsia="ja-JP"/>
        </w:rPr>
      </w:pPr>
    </w:p>
    <w:p w14:paraId="31572809" w14:textId="77777777" w:rsidR="00055C10" w:rsidRDefault="00055C10">
      <w:pPr>
        <w:spacing w:after="40"/>
        <w:rPr>
          <w:rFonts w:ascii="ＭＳ 明朝" w:eastAsia="ＭＳ 明朝" w:hAnsi="ＭＳ 明朝" w:cs="ＭＳ 明朝"/>
          <w:sz w:val="19"/>
          <w:lang w:eastAsia="ja-JP"/>
        </w:rPr>
      </w:pPr>
    </w:p>
    <w:p w14:paraId="73D5DBF4" w14:textId="77777777" w:rsidR="007F2BE4" w:rsidRDefault="007F2BE4">
      <w:pPr>
        <w:spacing w:after="40"/>
        <w:rPr>
          <w:rFonts w:ascii="ＭＳ 明朝" w:eastAsia="ＭＳ 明朝" w:hAnsi="ＭＳ 明朝" w:cs="ＭＳ 明朝"/>
          <w:sz w:val="19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8957"/>
      </w:tblGrid>
      <w:tr w:rsidR="00004660" w14:paraId="66D9ACF0" w14:textId="77777777">
        <w:trPr>
          <w:jc w:val="center"/>
        </w:trPr>
        <w:tc>
          <w:tcPr>
            <w:tcW w:w="1134" w:type="dxa"/>
            <w:shd w:val="clear" w:color="auto" w:fill="365C36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3FD70FB" w14:textId="77777777" w:rsidR="00004660" w:rsidRDefault="00A118C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6"/>
              </w:rPr>
              <w:t>5</w:t>
            </w:r>
          </w:p>
        </w:tc>
        <w:tc>
          <w:tcPr>
            <w:tcW w:w="8957" w:type="dxa"/>
            <w:shd w:val="clear" w:color="auto" w:fill="597A49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CE4212E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FFFFFF"/>
                <w:sz w:val="26"/>
              </w:rPr>
              <w:t>応募確認</w:t>
            </w:r>
            <w:proofErr w:type="spellEnd"/>
          </w:p>
        </w:tc>
      </w:tr>
    </w:tbl>
    <w:p w14:paraId="47CC5B1D" w14:textId="77777777" w:rsidR="00004660" w:rsidRDefault="00004660">
      <w:pPr>
        <w:spacing w:after="0"/>
      </w:pPr>
    </w:p>
    <w:p w14:paraId="05D03EE8" w14:textId="77777777" w:rsidR="00004660" w:rsidRPr="006E3E54" w:rsidRDefault="00A118CE">
      <w:pPr>
        <w:spacing w:after="20"/>
        <w:rPr>
          <w:szCs w:val="21"/>
          <w:lang w:eastAsia="ja-JP"/>
        </w:rPr>
      </w:pPr>
      <w:r w:rsidRPr="006E3E54">
        <w:rPr>
          <w:szCs w:val="21"/>
          <w:lang w:eastAsia="ja-JP"/>
        </w:rPr>
        <w:t>□ 応募内容は、チームが主体となって考案したものです。</w:t>
      </w:r>
    </w:p>
    <w:p w14:paraId="16281ADC" w14:textId="443C777E" w:rsidR="00004660" w:rsidRPr="00055C10" w:rsidRDefault="00A118CE">
      <w:pPr>
        <w:spacing w:after="20"/>
        <w:rPr>
          <w:rFonts w:eastAsiaTheme="minorEastAsia" w:hint="eastAsia"/>
          <w:szCs w:val="21"/>
          <w:lang w:eastAsia="ja-JP"/>
        </w:rPr>
      </w:pPr>
      <w:r w:rsidRPr="006E3E54">
        <w:rPr>
          <w:szCs w:val="21"/>
          <w:lang w:eastAsia="ja-JP"/>
        </w:rPr>
        <w:t>□ 募集要項の内容</w:t>
      </w:r>
      <w:r w:rsidR="009A17D2">
        <w:rPr>
          <w:rFonts w:ascii="ＭＳ 明朝" w:eastAsia="ＭＳ 明朝" w:hAnsi="ＭＳ 明朝" w:cs="ＭＳ 明朝" w:hint="eastAsia"/>
          <w:szCs w:val="21"/>
          <w:lang w:eastAsia="ja-JP"/>
        </w:rPr>
        <w:t>・</w:t>
      </w:r>
      <w:r w:rsidR="007F2BE4" w:rsidRPr="006E3E54">
        <w:rPr>
          <w:rFonts w:ascii="Arial Unicode MS" w:eastAsia="Arial Unicode MS" w:hAnsi="Arial Unicode MS" w:cs="Arial Unicode MS"/>
          <w:szCs w:val="21"/>
          <w:shd w:val="clear" w:color="auto" w:fill="F7FAFC"/>
          <w:lang w:eastAsia="ja-JP"/>
        </w:rPr>
        <w:t>著作権・個人情報の取扱い、注意事項等を確認・同意しました。</w:t>
      </w:r>
    </w:p>
    <w:p w14:paraId="1B9B2BC9" w14:textId="77777777" w:rsidR="00004660" w:rsidRPr="006E3E54" w:rsidRDefault="00A118CE">
      <w:pPr>
        <w:spacing w:after="20"/>
        <w:rPr>
          <w:rFonts w:eastAsiaTheme="minorEastAsia" w:hint="eastAsia"/>
          <w:szCs w:val="21"/>
          <w:lang w:eastAsia="ja-JP"/>
        </w:rPr>
      </w:pPr>
      <w:r w:rsidRPr="006E3E54">
        <w:rPr>
          <w:szCs w:val="21"/>
          <w:lang w:eastAsia="ja-JP"/>
        </w:rPr>
        <w:t>□ アレルギー情報・衛生管理等について主催者から確認があった場合、必要な情報を提供します。</w:t>
      </w:r>
    </w:p>
    <w:p w14:paraId="262C11EF" w14:textId="77777777" w:rsidR="006E3E54" w:rsidRPr="006E3E54" w:rsidRDefault="006E3E54">
      <w:pPr>
        <w:spacing w:after="20"/>
        <w:rPr>
          <w:rFonts w:eastAsiaTheme="minorEastAsia" w:hint="eastAsia"/>
          <w:lang w:eastAsia="ja-JP"/>
        </w:rPr>
      </w:pPr>
    </w:p>
    <w:p w14:paraId="2AEB8AE6" w14:textId="363F1F34" w:rsidR="00004660" w:rsidRDefault="00004660">
      <w:pPr>
        <w:rPr>
          <w:rFonts w:eastAsiaTheme="minorEastAsia" w:hint="eastAsia"/>
          <w:sz w:val="24"/>
          <w:szCs w:val="24"/>
          <w:lang w:eastAsia="ja-JP"/>
        </w:rPr>
      </w:pPr>
    </w:p>
    <w:p w14:paraId="4952513E" w14:textId="77777777" w:rsidR="00055C10" w:rsidRDefault="00055C10">
      <w:pPr>
        <w:rPr>
          <w:rFonts w:eastAsiaTheme="minorEastAsia" w:hint="eastAsia"/>
          <w:sz w:val="24"/>
          <w:szCs w:val="24"/>
          <w:lang w:eastAsia="ja-JP"/>
        </w:rPr>
      </w:pPr>
    </w:p>
    <w:p w14:paraId="424300B7" w14:textId="77777777" w:rsidR="00055C10" w:rsidRDefault="00055C10">
      <w:pPr>
        <w:rPr>
          <w:rFonts w:eastAsiaTheme="minorEastAsia" w:hint="eastAsia"/>
          <w:sz w:val="24"/>
          <w:szCs w:val="24"/>
          <w:lang w:eastAsia="ja-JP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2"/>
      </w:tblGrid>
      <w:tr w:rsidR="00004660" w14:paraId="0B7AA587" w14:textId="77777777">
        <w:trPr>
          <w:jc w:val="center"/>
        </w:trPr>
        <w:tc>
          <w:tcPr>
            <w:tcW w:w="10652" w:type="dxa"/>
            <w:shd w:val="clear" w:color="auto" w:fill="597A4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C5AF8" w14:textId="77777777" w:rsidR="00004660" w:rsidRDefault="00A118CE">
            <w:pPr>
              <w:spacing w:after="0" w:line="240" w:lineRule="auto"/>
            </w:pPr>
            <w:proofErr w:type="spellStart"/>
            <w:r>
              <w:rPr>
                <w:b/>
                <w:color w:val="FFFFFF"/>
              </w:rPr>
              <w:t>事務局記入欄</w:t>
            </w:r>
            <w:proofErr w:type="spellEnd"/>
          </w:p>
        </w:tc>
      </w:tr>
      <w:tr w:rsidR="00004660" w14:paraId="0393427A" w14:textId="77777777">
        <w:trPr>
          <w:jc w:val="center"/>
        </w:trPr>
        <w:tc>
          <w:tcPr>
            <w:tcW w:w="10652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2CDFD1" w14:textId="3EBC0E12" w:rsidR="00004660" w:rsidRDefault="00A118CE">
            <w:pPr>
              <w:spacing w:after="0" w:line="240" w:lineRule="auto"/>
              <w:rPr>
                <w:lang w:eastAsia="ja-JP"/>
              </w:rPr>
            </w:pPr>
            <w:r>
              <w:rPr>
                <w:color w:val="000000"/>
                <w:sz w:val="19"/>
                <w:lang w:eastAsia="ja-JP"/>
              </w:rPr>
              <w:t xml:space="preserve">受付番号：　　　　　　　　　　受付日：2026年　月　日　　確認者：　　　　　　　　　</w:t>
            </w:r>
            <w:r>
              <w:rPr>
                <w:color w:val="000000"/>
                <w:sz w:val="19"/>
                <w:lang w:eastAsia="ja-JP"/>
              </w:rPr>
              <w:br/>
              <w:t>□ 応募資格確認　　□ レシピ確認　□ アレルギー確認　□ その他（　　　　　　　　　）</w:t>
            </w:r>
          </w:p>
        </w:tc>
      </w:tr>
    </w:tbl>
    <w:p w14:paraId="4369E503" w14:textId="77777777" w:rsidR="00004660" w:rsidRDefault="00004660">
      <w:pPr>
        <w:spacing w:after="0"/>
        <w:rPr>
          <w:lang w:eastAsia="ja-JP"/>
        </w:rPr>
      </w:pPr>
    </w:p>
    <w:sectPr w:rsidR="00004660" w:rsidSect="00034616">
      <w:headerReference w:type="default" r:id="rId8"/>
      <w:footerReference w:type="default" r:id="rId9"/>
      <w:pgSz w:w="12240" w:h="15840"/>
      <w:pgMar w:top="822" w:right="794" w:bottom="567" w:left="794" w:header="340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1295" w14:textId="77777777" w:rsidR="00C24C90" w:rsidRDefault="00C24C90">
      <w:pPr>
        <w:spacing w:after="0" w:line="240" w:lineRule="auto"/>
      </w:pPr>
      <w:r>
        <w:separator/>
      </w:r>
    </w:p>
  </w:endnote>
  <w:endnote w:type="continuationSeparator" w:id="0">
    <w:p w14:paraId="20164A39" w14:textId="77777777" w:rsidR="00C24C90" w:rsidRDefault="00C2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D3E0" w14:textId="77777777" w:rsidR="00004660" w:rsidRDefault="00A118CE">
    <w:pPr>
      <w:pStyle w:val="a7"/>
      <w:jc w:val="center"/>
    </w:pPr>
    <w:r>
      <w:rPr>
        <w:color w:val="666666"/>
        <w:sz w:val="17"/>
      </w:rPr>
      <w:t xml:space="preserve">－ </w:t>
    </w:r>
    <w:r>
      <w:rPr>
        <w:color w:val="666666"/>
        <w:sz w:val="17"/>
      </w:rPr>
      <w:fldChar w:fldCharType="begin"/>
    </w:r>
    <w:r>
      <w:rPr>
        <w:color w:val="666666"/>
        <w:sz w:val="17"/>
      </w:rPr>
      <w:instrText>PAGE</w:instrText>
    </w:r>
    <w:r>
      <w:rPr>
        <w:color w:val="666666"/>
        <w:sz w:val="17"/>
      </w:rPr>
      <w:fldChar w:fldCharType="separate"/>
    </w:r>
    <w:r w:rsidR="007461F8">
      <w:rPr>
        <w:noProof/>
        <w:color w:val="666666"/>
        <w:sz w:val="17"/>
      </w:rPr>
      <w:t>1</w:t>
    </w:r>
    <w:r>
      <w:rPr>
        <w:color w:val="666666"/>
        <w:sz w:val="17"/>
      </w:rPr>
      <w:fldChar w:fldCharType="end"/>
    </w:r>
    <w:r>
      <w:rPr>
        <w:color w:val="666666"/>
        <w:sz w:val="17"/>
      </w:rPr>
      <w:t xml:space="preserve"> 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D3F9" w14:textId="77777777" w:rsidR="00C24C90" w:rsidRDefault="00C24C90">
      <w:pPr>
        <w:spacing w:after="0" w:line="240" w:lineRule="auto"/>
      </w:pPr>
      <w:r>
        <w:separator/>
      </w:r>
    </w:p>
  </w:footnote>
  <w:footnote w:type="continuationSeparator" w:id="0">
    <w:p w14:paraId="0B364EF1" w14:textId="77777777" w:rsidR="00C24C90" w:rsidRDefault="00C24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BE02" w14:textId="77777777" w:rsidR="00004660" w:rsidRDefault="00A118CE">
    <w:pPr>
      <w:pStyle w:val="a5"/>
      <w:jc w:val="right"/>
    </w:pPr>
    <w:r>
      <w:rPr>
        <w:b/>
        <w:color w:val="597A49"/>
        <w:sz w:val="18"/>
      </w:rPr>
      <w:t>YABU FOOD EXPO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FC0373"/>
    <w:multiLevelType w:val="hybridMultilevel"/>
    <w:tmpl w:val="E034AA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E991A78"/>
    <w:multiLevelType w:val="hybridMultilevel"/>
    <w:tmpl w:val="0180D3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A5B7416"/>
    <w:multiLevelType w:val="hybridMultilevel"/>
    <w:tmpl w:val="79761FA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8484527"/>
    <w:multiLevelType w:val="hybridMultilevel"/>
    <w:tmpl w:val="4348802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2327077">
    <w:abstractNumId w:val="8"/>
  </w:num>
  <w:num w:numId="2" w16cid:durableId="1663586416">
    <w:abstractNumId w:val="6"/>
  </w:num>
  <w:num w:numId="3" w16cid:durableId="228032242">
    <w:abstractNumId w:val="5"/>
  </w:num>
  <w:num w:numId="4" w16cid:durableId="1162545337">
    <w:abstractNumId w:val="4"/>
  </w:num>
  <w:num w:numId="5" w16cid:durableId="1837190880">
    <w:abstractNumId w:val="7"/>
  </w:num>
  <w:num w:numId="6" w16cid:durableId="1972515049">
    <w:abstractNumId w:val="3"/>
  </w:num>
  <w:num w:numId="7" w16cid:durableId="1341009330">
    <w:abstractNumId w:val="2"/>
  </w:num>
  <w:num w:numId="8" w16cid:durableId="954214245">
    <w:abstractNumId w:val="1"/>
  </w:num>
  <w:num w:numId="9" w16cid:durableId="152986904">
    <w:abstractNumId w:val="0"/>
  </w:num>
  <w:num w:numId="10" w16cid:durableId="2111780473">
    <w:abstractNumId w:val="12"/>
  </w:num>
  <w:num w:numId="11" w16cid:durableId="384527598">
    <w:abstractNumId w:val="9"/>
  </w:num>
  <w:num w:numId="12" w16cid:durableId="128133644">
    <w:abstractNumId w:val="10"/>
  </w:num>
  <w:num w:numId="13" w16cid:durableId="18105867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660"/>
    <w:rsid w:val="00034616"/>
    <w:rsid w:val="00055C10"/>
    <w:rsid w:val="0006063C"/>
    <w:rsid w:val="000A0E71"/>
    <w:rsid w:val="000A18A2"/>
    <w:rsid w:val="0015074B"/>
    <w:rsid w:val="00210EEA"/>
    <w:rsid w:val="0029639D"/>
    <w:rsid w:val="002C6635"/>
    <w:rsid w:val="00326F90"/>
    <w:rsid w:val="003B525C"/>
    <w:rsid w:val="00463A78"/>
    <w:rsid w:val="006E3E54"/>
    <w:rsid w:val="006F6466"/>
    <w:rsid w:val="007461F8"/>
    <w:rsid w:val="0077216E"/>
    <w:rsid w:val="0077439C"/>
    <w:rsid w:val="00781A46"/>
    <w:rsid w:val="007F2BE4"/>
    <w:rsid w:val="008160B3"/>
    <w:rsid w:val="008E3085"/>
    <w:rsid w:val="00957AA5"/>
    <w:rsid w:val="00963C50"/>
    <w:rsid w:val="009A17D2"/>
    <w:rsid w:val="009D3756"/>
    <w:rsid w:val="00A118CE"/>
    <w:rsid w:val="00AA1D8D"/>
    <w:rsid w:val="00B01F95"/>
    <w:rsid w:val="00B47730"/>
    <w:rsid w:val="00C24C90"/>
    <w:rsid w:val="00C53EB5"/>
    <w:rsid w:val="00C95594"/>
    <w:rsid w:val="00CB0664"/>
    <w:rsid w:val="00CC18D4"/>
    <w:rsid w:val="00D640A7"/>
    <w:rsid w:val="00D82194"/>
    <w:rsid w:val="00E962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0111E2"/>
  <w14:defaultImageDpi w14:val="300"/>
  <w15:docId w15:val="{5FC1E454-1AD6-4EC2-B214-54C44192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Revision"/>
    <w:hidden/>
    <w:uiPriority w:val="99"/>
    <w:semiHidden/>
    <w:rsid w:val="009A17D2"/>
    <w:pPr>
      <w:spacing w:after="0" w:line="240" w:lineRule="auto"/>
    </w:pPr>
    <w:rPr>
      <w:rFonts w:ascii="Noto Sans CJK JP" w:eastAsia="Noto Sans CJK JP" w:hAnsi="Noto Sans CJK JP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西村 亜由美</cp:lastModifiedBy>
  <cp:revision>4</cp:revision>
  <cp:lastPrinted>2026-09-09T06:05:00Z</cp:lastPrinted>
  <dcterms:created xsi:type="dcterms:W3CDTF">2026-09-10T09:04:00Z</dcterms:created>
  <dcterms:modified xsi:type="dcterms:W3CDTF">2026-09-14T04:17:00Z</dcterms:modified>
  <cp:category/>
</cp:coreProperties>
</file>